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עברית לעולים חדשים (חטיבת ביניים)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בנושאי היכרות, משפחה, בית, גוף ובריאות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בטקסטים קצרים ובמאמרים מותאמים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שלמים והבעת דעה קצרה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מיומנויות שיחה והקשבה דרך הסרטון על עולים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היכרות, שם ושלום – זיכרון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אוקראינה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היכרות, שם ושלום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היכרות, שם ושלום – מילים וברכות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(מילת ברכה כשפוגשים 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 שלומד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 שאוהבים להיות איתו)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(מדינה שבה גרים)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היכרות, שם ושלום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בסיפור כתוב שהיא עלתה לפני חצי שנה.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בסוף הסיפור.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משפחה ובית חדש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(הורים וילדים שחיים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(אבא של אמא או של אבא)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(אמא של אמא או של אבא)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(החדר שבו מבשלים אוכל)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משפחה ובית חדש – השלמת משפטים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משפחה ובית חדש – כתיבה וחשיבה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גוף ובריאות והרגלים טובים – התאמת איברי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(האיבר שבו רואים)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(האיבר שבו שומעים)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(האיבר שבו אוכלים ומדברים)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(האיבר שבו כותבים ואוחזים חפצים)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גוף ובריאות והרגלים טובים – השלמת משפטים מהשיעור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ממתקים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גוף ובריאות והרגלים טובים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שהמוח והגוף ינוחו ויתפקדו טוב למחרת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מנקודת המבט של העולים: שבוע העליות – מה זכרתם מהסרטון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את המדינות שלהם במפה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מנקודת המבט של העולים: שבוע העליות – הבנה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מתביישת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מנקודת המבט של העולים: שבוע העליות – התאמה וסדר 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(הגיע מארגנטינה)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(הגיעה מאוקראינה)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(התלמידים מספרים על המדינות שלהם)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(מה שאנה הביאה מהבית)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מנקודת המבט של העולים: שבוע העליות – סדר האירועים בסרטון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דוד ואנה נפגשים במסדרון בבית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מספרים מה עשו בכיתה בשבוע העליות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אנה מספרת מה הביאה מהבית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דוד מספר איך הרגיש כשסיפר על המדינה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התנדבות ודו־לשוניות: לקרוא ולהבין – מה זכרתם?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פעולה שעושים מרצון חופשי בלי 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1,500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ששתי השפות מבלבלות אותם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התנדבות ודו־לשוניות: לקרוא ולהבין – להשלים ולהתאים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2. 240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התנדבות ודו־לשוניות: לקרוא ולהבין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(פעולה מרצון חופשי בלי תשלום)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(אמונה ביכולת של עצמך)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(יכולת להשתמש בשתי שפות)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(יכולת לעבוד ולהסתדר עם אנשים שונים)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ארוחה משפחתית, בזבוז מזון וקריאת ספרים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ארבע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מזון ראוי לאכילה שנזרק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22 אחוזים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ארוחה משפחתית, בזבוז מזון וקריאת ספרים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תכנון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מציג/ה מילים מדויקות משני פרקים לפחות ובונה/ת איתן משפט תקין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הבחנה בין טקסט שהובן היטב לבין טקסט שדרש עזרה,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התייחסות לפרטים מהסרטון (מדינת מוצא, רגש, מה הביאו/עשו) ולא רק תשובה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לפזר את שישת הפרקים על פני כמה שיעורים, פרק אחד או שניים בכל פעם, בהתאם לקצב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יותר אפשר להתמקד בפרקים 1-3 (אוצר מילים בסיסי) לפני מעבר למאמרים בפרקים 5-6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הטקסטים בקול, בדיוק כפי שהם מוצגים באתר עם כפתור ההקראה,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 פרק הסרטון (פרק 4) כדאי ללמד בזוגות או בקבוצות קטנות, כדי לעודד שיחה אמיתית בין תלמידים עולים לבין תלמידים ותיקים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עברית לעולים חדשים (חטיבת ביניים)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שישה פרקים, כל פרק מתרגל נושא אחד מהאתר. אפשר לעבוד לפי הסדר או לבחור פרק לפי מה שלומדים בכיתה. בכל פרק יש מילים לשינון, משימות השלמה ושאלות הבנה - מומלץ לענות קודם לבד ואז לבדוק יחד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צרפת  ·  ללמד  ·  עשר  ·  ממתקים  ·  רותי  ·  שיחה  ·  240  ·  תכנון  ·  מתביישת  ·  שינה  ·  גינה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היכרות, שם ושלום – זיכרון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קוראים לילדה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מאיזו מדינה עלתה הילדה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צרפת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היכרות, שם ושלום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קוראים לי סופיה ואני בת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המורה שלה, __________, נתנה לה מחברת קטנה למילים חדשות.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היכרות, שם ושלום – מילים וברכות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 שלומד בבית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תלמיד/ה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מדינה שבה גרים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חבר/ה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מילת ברכה כשפוגשים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 שאוהבים להיות איתו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היכרות, שם ושלום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הילדה עלתה לישראל לפני שנה שלמה.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סופיה עוזרת היום לתלמידה חדשה שהגיעה מרוסיה.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משפחה ובית חדש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אמא של אמא או של אבא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החדר שבו מבשלים אוכל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אבא של אמא או של אבא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הורים וילדים שחיים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משפחה ובית חדש – השלמת משפטים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המשפחה של לואי עלתה לישראל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בצרפת הם גרו בבית גדול עם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משפחה ובית חדש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גוף ובריאות והרגלים טובים – התאמת איברי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האיבר שבו שומעים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אוזן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האיבר שבו אוכלים ומדברים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האיבר שבו כותבים ואוחזים חפצים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האיבר שבו רואים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גוף ובריאות והרגלים טובים – השלמת משפטים מהשיעור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המורה אמרה שיש שלושה דברים חשובים לבריאות: אוכל טוב, תנועה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אוכל טוב זה פירות, ירקות ומים, ולא רק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גוף ובריאות והרגלים טובים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בשתי משפטים מדוע חשוב לישון מספיק שעות בלילה.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מנקודת המבט של העולים: שבוע העליות – מה זכרתם מהסרטון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מאיזו מדינה הגיעה אנה?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מאיזו מדינה הגיע דוד?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הראו התלמידים בכיתה בשבוע העליות?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את המדינות שלהם במפה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סרט על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את הבית החדש שלהם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מנקודת המבט של העולים: שבוע העליות – הבנה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בהתחלה אנה הרגישה __________, אבל אחר כך הרגישה אחרת.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מנקודת המבט של העולים: שבוע העליות – התאמה וסדר 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מה שאנה הביאה מהבית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התלמידים מספרים על המדינות שלהם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שבוע העליות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הגיעה מאוקראינה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מרק אוקראיני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הגיע מארגנטינה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מנקודת המבט של העולים: שבוע העליות – סדר האירועים בסרטון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אנה מספרת מה הביאה מהבית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דוד ואנה נפגשים במסדרון בבית הספר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דוד מספר איך הרגיש כשסיפר על המדינה שלו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הם מספרים מה עשו בכיתה בשבוע העליות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התנדבות ודו־לשוניות: לקרוא ולהבין – מה זכרתם?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התנדבות, לפי המאמר?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עבודה שמקבלים עליה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פעולה שעושים מרצון חופשי בלי תשלום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שיעור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תלמידי תיכון השתתפו במחקר על התנדבות?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1,500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חשבו בעבר הורים רבים על ילדים דו־לשוניים?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שהם חכמים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ששתי השפות מבלבלות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שהם ישכחו את שפת האם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התנדבות ודו־לשוניות: לקרוא ולהבין – להשלים ולהתאים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נער שמלמד ילד לקרוא מגלה שהוא מסוגל __________ ולהסביר.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במחקר על דו־לשוניות משנת 2022 השתתפו __________ ילדים בני 8 עד 10.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התנדבות ודו־לשוניות: לקרוא ולהבין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התנדבות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יכולת לעבוד ולהסתדר עם אנשים שונים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ביטחון עצמי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פעולה מרצון חופשי בלי תשלום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דו־לשוניות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אמונה ביכולת של עצמך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כישורים חברתיים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יכולת להשתמש בשתי שפות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ארוחה משפחתית, בזבוז מזון וקריאת ספרים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המאמר, מתבגרים שאוכלים עם ההורים כמה פעמים בשבוע מרגישים קרובים יותר למשפחה?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בזבוז מזון, לפי המאמר,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מזון שהתקלקל בשדה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מזון ראוי לאכילה שנזרק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מזון יקר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לפי מחקר שהוזכר במאמר על קריאה, כמה אחוזים מבני הנוער קוראים ספר להנאתם לפחות פעם בשבוע?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22 אחוזים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50 אחוזים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70 אחוזים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ארוחה משפחתית, בזבוז מזון וקריאת ספרים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לדברי המאמר, בשיחות ליד השולחן הילדים מפתחים יכולות של שפה ושל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אחת הסיבות לבזבוז מזון היא קנייה בלי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חמש מילים חדשות אני זוכר/ת מהחוברת, ואיך אני יכול/ה להשתמש בהן במשפט?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טקסט או מאמר הבנתי הכי טוב, ואיזה היה לי קשה יותר?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עברית לעולים חדשים (חטיבת ביניים)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