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בנושאי היכרות, משפחה, בית, גוף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בטקסטים קצרים ובמאמרים מותאמים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שלמים והבעת דעה קצרה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שיחה והקשבה דרך הסרטון על 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היכרות, שם ושלום – זיכרון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אוקראינה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היכרות, שם ושלום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היכרות, שם ושלום – מילים וברכות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(מילת ברכה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 שלומד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שאוהבים להיות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(מדינה שבה גרים)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(אומרים אחרי שמישהו עזר)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היכרות, שם ושלום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שהיא עלתה לפני חצי 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בסוף 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משפחה ובית חדש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(הורים וילדים שחיים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(אבא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(החדר שבו מבשלים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(רהיט שישנים עליו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(ילדה במשפחה, 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משפחה ובית חדש – השלמת משפטים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משפחה ובית חדש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שמזכיר לפחות בן משפחה אחד, למשל אמא, אבא, אח או 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שמסבירה שבית הוא תחושת שייכות ואהבה ולא רק מקום פיזי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 שאלות הגיוניות הקשורות לחיים בצרפת, לגעגוע או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גוף ובריאות והרגלים טובים – התאמת איברי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(האיבר שבו רואים)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(האיבר שבו שומעים)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(האיבר שבו אוכלים ומדברים)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(האיבר שבו כותבים ואוחזים 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(האיבר שבו הולכים ורצים)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(האיברים שמשמשים ללעיסת האוכל)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גוף ובריאות והרגלים טובים – השלמת משפטים מהשיעור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ינוחו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גוף ובריאות והרגלים טובים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הבטחה הגיונית הקשורה לאוכל, תנועה או שינה, עם נימוק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שהמוח והגוף ינוחו ויתפקדו טוב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 טוב כולל פירות, ירקות ומים; אוכל לא בריא הוא בעיקר ממתקים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אוכל טוב (למשל ירקות), תנועה (למשל לרוץ או לשחק בכדור), שינה (כעשר שעות בלילה)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מנקודת המבט של העולים: שבוע העליות – מה זכרתם מהסרטון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המדינות שלהם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במסדרון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מרק אוקראיני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מנקודת המבט של העולים: שבוע העליות – הבנה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מתביישת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מנקודת המבט של העולים: שבוע העליות – התאמה וסדר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(הגיע מארגנטינה)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(הגיעה מאוקראינה)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(התלמידים מספרים על המדינות שלהם)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שאנה הביאה מהבית)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 שהתלמידים הראו)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מנקודת המבט של העולים: שבוע העליות – סדר האירועים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דוד ואנה נפגשים במסדרון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מספרים מה עשו בכיתה בשבוע העליות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אנה מספרת מה הביאה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דוד מספר איך הרגיש כשסיפר על המדינה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התנדבות ודו־לשוניות: לקרוא ולהבין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פעולה שעושים מרצון חופשי בלי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1,500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ששתי השפות מבלבלות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בגן ובבית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התנדבות ודו־לשוניות: לקרוא ולהבין – להשלים ולהתאים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הרופאים והאחיות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התנדבות ודו־לשוניות: לקרוא ולהבין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(פעולה מרצון חופשי בלי תשלום)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(אמונה ביכולת של עצמך)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(יכולת להשתמש בשתי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(יכולת לעבוד ולהסתדר עם אנשים 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(בדיקה מדעית שבוחנת תופעה)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ארוחה משפחתית, בזבוז מזון וקריאת ספרים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מזון ראוי לאכילה שנזרק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22 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קנייה בלי תכנון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ארוחה משפחתית, בזבוז מזון וקריאת ספרים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מציג/ה מילים מדויקות משני פרקים לפחות ובונה/ת איתן משפט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הבחנה בין טקסט שהובן היטב לבין טקסט שדרש עזרה,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התייחסות לפרטים מהסרטון (מדינת מוצא, רגש, מה הביאו/עשו) ולא רק תשובה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שישת הפרקים על פני כמה שיעורים, פרק אחד או שניים בכל פעם,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אפשר להתמקד בפרקים 1-3 (אוצר מילים בסיסי) לפני מעבר למאמרים בפרקים 5-6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הטקסטים בקול, בדיוק כפי שהם מוצגים באתר עם כפתור ההקראה,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פרק הסרטון (פרק 4) כדאי ללמד בזוגות או בקבוצות קטנות, כדי לעודד שיחה אמיתית בין תלמידים עולים לבין תלמידים ותיקים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פרקים. בכל פרק לומדים מילים חדשות ועונים על שאלות. אפשר לעבוד לאט, פרק אחד בכל 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שהגיע לישראל ממדינה אחרת ולומד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חדשות שלומדים בנושא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טקסט ולענות נכון על שאלות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השלמת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מילה מתאימה במקום החסר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פִּסְקָה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אחד מתוך מאמר, שמתחיל בשורה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דו־לשוניות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לדבר בשתי שפות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התנדבות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לאחרים בלי לקבל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בזבוז מזון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שהיה אפשר לאכול אבל זרקו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בין שני אנשים או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על מה שלמדתי ואיך הרגשתי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היכרות, שם ושלום – זיכרון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השם של הילדה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היא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ארגנטינה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היכרות, שם ושלום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קוראים לי סופיה ואני בת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שלה, __________, נתנה לה מחברת קטנה למילים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יום כתבה סופיה __________ מילים חדשות במחברת.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היכרות, שם ושלום – מילים וברכות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מדינה שבה גרים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שאוהבים להיות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אומרים אחרי שמישהו עזר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מילת ברכה כשפוגשים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שלומד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היכרות, שם ושלום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עלתה לישראל לפני שנה שלמה.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עוזרת היום לתלמידה חדשה שהגיעה מרוסיה.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משפחה ובית חדש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החדר שבו מבשלים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הורים וילדים שחיים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אבא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רהיט שישנים עליו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ילדה במשפחה, 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אמא של אמא או של אבא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משפחה ובית חדש – השלמת משפטים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המשפחה של לואי עלתה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בצרפת הם גרו בבית גדול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בהתחלה לואי התגעגע לחדר הישן שלו ול__________ שנשארה בצרפת.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יום שישי לואי מדבר עם סבתא בשיחת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מהחלון של הדירה החדשה רואים את ה__________ מעל הים.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משפחה ובית חדש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המשפחה שלכם, בהשראת הסיפור של לואי.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לואי אומר שבית זה לא רק קירות, אלא האנשים שאוהבים אותך. הסבירו במילים שלכם למה הוא מתכוון.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שאתם מדברים עם סבתא של לואי שנשארה בצרפת. כתבו שלוש שאלות שהייתם שואלים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גוף ובריאות והרגלים טובים – התאמת איברי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האיבר שבו כותבים ואוחזים 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אוזן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האיבר שבו הולכים ורצים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האיבר שבו רואים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האיבר שבו שומעים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האיברים שמשמשים ללעיסת האוכל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האיבר שבו אוכלים ומדברים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גוף ובריאות והרגלים טובים – השלמת משפטים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המורה אמרה שיש שלושה דברים חשובים לבריאות: אוכל טוב, תנועה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 טוב זה פירות, ירקות ומים, ולא רק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ילדים בגיל שלנו צריכים לישון בערך עשר שעות בלילה, כדי שהמוח והגוף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חשוב לצחצח שיניים פעמיים ביום ולשטוף __________ לפני האוכל.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גוף ובריאות והרגלים טובים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בשיעור המדע כל תלמיד כתב הבטחה קטנה לעצמו על בריאות. כתבו הבטחה בריאותית משלכם ונמקו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בשתי משפטים מדוע חשוב לישון מספיק שעות בלילה.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הבדל אחד בין אוכל טוב לבין אוכל לא בריא, לפי השיעור.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מהם שלושת הדברים שהמורה אמרה שחשובים לבריאות הגוף? כתבו דוגמה אחת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מנקודת המבט של העולים: שבוע העליות – מה זכרתם מהסרטון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דוד?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המדינות שלהם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 על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הבית החדש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תמונות מהחופשה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הם נפגשים?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במסדרון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אנה הביאה?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 אוקראיני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מנקודת המבט של העולים: שבוע העליות – הבנה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בהתחלה אנה הרגישה __________, אבל אחר כך הרגישה אחרת.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מנקודת המבט של העולים: שבוע העליות – התאמה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שהתלמידים הראו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שאנה הביאה מהבית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שבוע העליות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הגיע מארגנטינה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מרק אוקראיני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התלמידים מספרים על המדינות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מפה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הגיעה מאוקראינה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מנקודת המבט של העולים: שבוע העליות – סדר האירועים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מספר איך הרגיש כשסיפר על המדינה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מספרת מה הביאה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מספרים מה עשו בכיתה בשבוע העליות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ואנה נפגשים במסדרון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התנדבות ודו־לשוניות: לקרוא ולהבין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'התנדבות'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עבודה שמקבלים עליה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פעולה שעושים מרצון חופשי בלי 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תלמידים היו במחקר?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1,500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חשבו פעם על ילדים ששומעים שתי שפות?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שהם חכמים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ששתי השפות מבלבלות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שהם ישכחו את שפת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שהם לומדים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לומדים את השפה של המדינה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בגן ובבית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אצל סבא וסבתא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התנדבות ודו־לשוניות: לקרוא ולהבין – להשלים ולהתאים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נער שמלמד ילד לקרוא מגלה שהוא מסוגל __________ ולהסביר.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במחקר על דו־לשוניות משנת 2022 השתתפו __________ ילדים בני 8 עד 10.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בני נוער שמתנדבים בבית חולים מכירים מקרוב את העבודה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התנדבות ודו־לשוניות: לקרוא ולהבין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התנדבות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אמונה ביכולת של עצמך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ביטחון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יכולת לעבוד ולהסתדר עם אנשים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דו־לשוניות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פעולה מרצון חופשי בלי תשלום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כישורים חברתיים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בדיקה מדעית שבוחנת תופעה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יכולת להשתמש בשתי שפות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ארוחה משפחתית, בזבוז מזון וקריאת ספרים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פעמים בשבוע צריך לאכול עם ההורים כדי להרגיש קרוב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יום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'בזבוז מזון'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מזון שהתקלקל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 ראוי לאכילה שנזרק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מזון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מזון מיובא מחו"ל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בני נוער קוראים ספר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אנשים זורקים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קנייה בלי 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מחירי מזון נמוכים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חוסר במקררים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עודף בחנויות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ארוחה משפחתית, בזבוז מזון וקריאת ספרים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לדברי המאמר, בשיחות ליד השולחן הילדים מפתחים יכולות של שפה ושל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אחת הסיבות לבזבוז מזון היא קנייה בלי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המחקר, תלמידים שקראו סיפור על נייר זכרו יותר __________ מתלמידים שקראו במסך.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חמש מילים חדשות אני זוכר/ת מהחוברת, ואיך אני יכול/ה להשתמש בהן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טקסט או מאמר הבנתי הכי טוב, ואיזה היה לי קשה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על חייהם של דוד ואנה, ואיך זה דומה או שונה מהחוויה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לעולים חדשים (חטיבת ביניים)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